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878"/>
        <w:gridCol w:w="4268"/>
        <w:gridCol w:w="4268"/>
        <w:gridCol w:w="1129"/>
      </w:tblGrid>
      <w:tr>
        <w:trPr>
          <w:trHeight w:val="340" w:hRule="atLeast"/>
          <w:tblHeader w:val="true"/>
        </w:trPr>
        <w:tc>
          <w:tcPr>
            <w:tcW w:type="dxa" w:w="87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SCENE</w:t>
            </w:r>
          </w:p>
        </w:tc>
        <w:tc>
          <w:tcPr>
            <w:tcW w:type="dxa" w:w="42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SHOT / VISUALS</w:t>
            </w:r>
          </w:p>
        </w:tc>
        <w:tc>
          <w:tcPr>
            <w:tcW w:type="dxa" w:w="42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VOICE OVER / SPEECH</w:t>
            </w:r>
          </w:p>
        </w:tc>
        <w:tc>
          <w:tcPr>
            <w:tcW w:type="dxa" w:w="113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DURATION</w:t>
            </w:r>
          </w:p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  <w:tr>
        <w:trPr>
          <w:cantSplit w:val="true"/>
          <w:trHeight w:val="1304" w:hRule="atLeast"/>
        </w:trPr>
        <w:tc>
          <w:tcPr>
            <w:tcW w:type="dxa" w:w="879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4268"/>
            <w:vAlign w:val="center"/>
          </w:tcPr>
          <w:p/>
        </w:tc>
        <w:tc>
          <w:tcPr>
            <w:tcW w:type="dxa" w:w="1130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Animation Script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Animation Script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