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687"/>
        <w:gridCol w:w="3515"/>
        <w:gridCol w:w="2343"/>
      </w:tblGrid>
      <w:tr>
        <w:trPr>
          <w:cantSplit w:val="true"/>
          <w:trHeight w:val="539" w:hRule="exact"/>
        </w:trPr>
        <w:tc>
          <w:tcPr>
            <w:tcW w:type="dxa" w:w="468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REQUESTED BY</w:t>
            </w:r>
          </w:p>
        </w:tc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DEPARTMENT</w:t>
            </w:r>
          </w:p>
        </w:tc>
        <w:tc>
          <w:tcPr>
            <w:tcW w:type="dxa" w:w="234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 OF REQUEST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93"/>
        <w:gridCol w:w="5752"/>
      </w:tblGrid>
      <w:tr>
        <w:trPr>
          <w:cantSplit w:val="true"/>
          <w:trHeight w:val="539" w:hRule="exact"/>
        </w:trPr>
        <w:tc>
          <w:tcPr>
            <w:tcW w:type="dxa" w:w="479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SHOOT DATES</w:t>
            </w:r>
          </w:p>
        </w:tc>
        <w:tc>
          <w:tcPr>
            <w:tcW w:type="dxa" w:w="57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LOCATION(S)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195"/>
        <w:gridCol w:w="3195"/>
        <w:gridCol w:w="4154"/>
      </w:tblGrid>
      <w:tr>
        <w:trPr>
          <w:cantSplit w:val="true"/>
          <w:trHeight w:val="539" w:hRule="exact"/>
        </w:trPr>
        <w:tc>
          <w:tcPr>
            <w:tcW w:type="dxa" w:w="319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CALL TIME</w:t>
            </w:r>
          </w:p>
        </w:tc>
        <w:tc>
          <w:tcPr>
            <w:tcW w:type="dxa" w:w="319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WRAP (ESTIMATED)</w:t>
            </w:r>
          </w:p>
        </w:tc>
        <w:tc>
          <w:tcPr>
            <w:tcW w:type="dxa" w:w="415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BUDGET CODE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273"/>
        <w:gridCol w:w="568"/>
        <w:gridCol w:w="1768"/>
        <w:gridCol w:w="1010"/>
        <w:gridCol w:w="1136"/>
        <w:gridCol w:w="1894"/>
        <w:gridCol w:w="1894"/>
      </w:tblGrid>
      <w:tr>
        <w:trPr>
          <w:trHeight w:val="340" w:hRule="atLeast"/>
          <w:tblHeader w:val="true"/>
        </w:trPr>
        <w:tc>
          <w:tcPr>
            <w:tcW w:type="dxa" w:w="227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ROLE</w:t>
            </w:r>
          </w:p>
        </w:tc>
        <w:tc>
          <w:tcPr>
            <w:tcW w:type="dxa" w:w="56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NO.</w:t>
            </w:r>
          </w:p>
        </w:tc>
        <w:tc>
          <w:tcPr>
            <w:tcW w:type="dxa" w:w="176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DATES NEEDED</w:t>
            </w:r>
          </w:p>
        </w:tc>
        <w:tc>
          <w:tcPr>
            <w:tcW w:type="dxa" w:w="101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HOURS / DAY</w:t>
            </w:r>
          </w:p>
        </w:tc>
        <w:tc>
          <w:tcPr>
            <w:tcW w:type="dxa" w:w="113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RATE</w:t>
            </w:r>
          </w:p>
        </w:tc>
        <w:tc>
          <w:tcPr>
            <w:tcW w:type="dxa" w:w="189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KIT NEEDED</w:t>
            </w:r>
          </w:p>
        </w:tc>
        <w:tc>
          <w:tcPr>
            <w:tcW w:type="dxa" w:w="189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NAME (IF KNOWN)</w:t>
            </w:r>
          </w:p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  <w:tr>
        <w:trPr>
          <w:cantSplit w:val="true"/>
          <w:trHeight w:val="522" w:hRule="atLeast"/>
        </w:trPr>
        <w:tc>
          <w:tcPr>
            <w:tcW w:type="dxa" w:w="2273"/>
            <w:vAlign w:val="center"/>
          </w:tcPr>
          <w:p/>
        </w:tc>
        <w:tc>
          <w:tcPr>
            <w:tcW w:type="dxa" w:w="568"/>
            <w:vAlign w:val="center"/>
          </w:tcPr>
          <w:p/>
        </w:tc>
        <w:tc>
          <w:tcPr>
            <w:tcW w:type="dxa" w:w="1768"/>
            <w:vAlign w:val="center"/>
          </w:tcPr>
          <w:p/>
        </w:tc>
        <w:tc>
          <w:tcPr>
            <w:tcW w:type="dxa" w:w="1010"/>
            <w:vAlign w:val="center"/>
          </w:tcPr>
          <w:p/>
        </w:tc>
        <w:tc>
          <w:tcPr>
            <w:tcW w:type="dxa" w:w="1137"/>
            <w:vAlign w:val="center"/>
          </w:tcPr>
          <w:p/>
        </w:tc>
        <w:tc>
          <w:tcPr>
            <w:tcW w:type="dxa" w:w="1894"/>
            <w:vAlign w:val="center"/>
          </w:tcPr>
          <w:p/>
        </w:tc>
        <w:tc>
          <w:tcPr>
            <w:tcW w:type="dxa" w:w="1894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1701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NOTES AND SPECIAL REQUIREMENTS (SKILLS, LICENCES, TRAVEL, ACCOMMODATION)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022"/>
        <w:gridCol w:w="2511"/>
        <w:gridCol w:w="3013"/>
      </w:tblGrid>
      <w:tr>
        <w:trPr>
          <w:cantSplit w:val="true"/>
          <w:trHeight w:val="539" w:hRule="exact"/>
        </w:trPr>
        <w:tc>
          <w:tcPr>
            <w:tcW w:type="dxa" w:w="502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APPROVED BY (PRODUCER / PM)</w:t>
            </w:r>
          </w:p>
        </w:tc>
        <w:tc>
          <w:tcPr>
            <w:tcW w:type="dxa" w:w="251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301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WITHIN BUDGET? (Y / N)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Crew Request Form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Crew Request Form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