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135"/>
        <w:gridCol w:w="3101"/>
        <w:gridCol w:w="3308"/>
      </w:tblGrid>
      <w:tr>
        <w:trPr>
          <w:cantSplit w:val="true"/>
          <w:trHeight w:val="539" w:hRule="exact"/>
        </w:trPr>
        <w:tc>
          <w:tcPr>
            <w:tcW w:type="dxa" w:w="413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NAME</w:t>
            </w:r>
          </w:p>
        </w:tc>
        <w:tc>
          <w:tcPr>
            <w:tcW w:type="dxa" w:w="310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ROLE</w:t>
            </w:r>
          </w:p>
        </w:tc>
        <w:tc>
          <w:tcPr>
            <w:tcW w:type="dxa" w:w="330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EMAIL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22"/>
        <w:gridCol w:w="2511"/>
        <w:gridCol w:w="3013"/>
      </w:tblGrid>
      <w:tr>
        <w:trPr>
          <w:cantSplit w:val="true"/>
          <w:trHeight w:val="539" w:hRule="exact"/>
        </w:trPr>
        <w:tc>
          <w:tcPr>
            <w:tcW w:type="dxa" w:w="502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BANK: ACCOUNT NAME</w:t>
            </w:r>
          </w:p>
        </w:tc>
        <w:tc>
          <w:tcPr>
            <w:tcW w:type="dxa" w:w="251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SORT CODE</w:t>
            </w:r>
          </w:p>
        </w:tc>
        <w:tc>
          <w:tcPr>
            <w:tcW w:type="dxa" w:w="301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ACCOUNT NO.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110"/>
        <w:gridCol w:w="3607"/>
        <w:gridCol w:w="1526"/>
        <w:gridCol w:w="1110"/>
        <w:gridCol w:w="1110"/>
        <w:gridCol w:w="971"/>
        <w:gridCol w:w="1110"/>
      </w:tblGrid>
      <w:tr>
        <w:trPr>
          <w:trHeight w:val="340" w:hRule="atLeast"/>
          <w:tblHeader w:val="true"/>
        </w:trPr>
        <w:tc>
          <w:tcPr>
            <w:tcW w:type="dxa" w:w="11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  <w:tc>
          <w:tcPr>
            <w:tcW w:type="dxa" w:w="360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DESCRIPTION</w:t>
            </w:r>
          </w:p>
        </w:tc>
        <w:tc>
          <w:tcPr>
            <w:tcW w:type="dxa" w:w="152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CATEGORY</w:t>
            </w:r>
          </w:p>
        </w:tc>
        <w:tc>
          <w:tcPr>
            <w:tcW w:type="dxa" w:w="11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RECEIPT NO.</w:t>
            </w:r>
          </w:p>
        </w:tc>
        <w:tc>
          <w:tcPr>
            <w:tcW w:type="dxa" w:w="11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NET</w:t>
            </w:r>
          </w:p>
        </w:tc>
        <w:tc>
          <w:tcPr>
            <w:tcW w:type="dxa" w:w="97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VAT</w:t>
            </w:r>
          </w:p>
        </w:tc>
        <w:tc>
          <w:tcPr>
            <w:tcW w:type="dxa" w:w="11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TOTAL</w:t>
            </w:r>
          </w:p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110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4717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Totals</w:t>
            </w:r>
          </w:p>
        </w:tc>
        <w:tc>
          <w:tcPr>
            <w:tcW w:type="dxa" w:w="1526"/>
            <w:shd w:val="clear" w:color="auto" w:fill="F2FAF8"/>
            <w:vAlign w:val="center"/>
          </w:tcPr>
          <w:p/>
        </w:tc>
        <w:tc>
          <w:tcPr>
            <w:tcW w:type="dxa" w:w="1110"/>
            <w:shd w:val="clear" w:color="auto" w:fill="F2FAF8"/>
            <w:vAlign w:val="center"/>
          </w:tcPr>
          <w:p/>
        </w:tc>
        <w:tc>
          <w:tcPr>
            <w:tcW w:type="dxa" w:w="1110"/>
            <w:shd w:val="clear" w:color="auto" w:fill="F2FAF8"/>
            <w:vAlign w:val="center"/>
          </w:tcPr>
          <w:p/>
        </w:tc>
        <w:tc>
          <w:tcPr>
            <w:tcW w:type="dxa" w:w="971"/>
            <w:shd w:val="clear" w:color="auto" w:fill="F2FAF8"/>
            <w:vAlign w:val="center"/>
          </w:tcPr>
          <w:p/>
        </w:tc>
        <w:tc>
          <w:tcPr>
            <w:tcW w:type="dxa" w:w="1110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spacing w:after="20" w:before="0"/>
      </w:pPr>
      <w:r>
        <w:rPr>
          <w:b/>
          <w:color w:val="1B2B48"/>
          <w:sz w:val="14"/>
        </w:rPr>
        <w:t>MILEAGE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205"/>
        <w:gridCol w:w="3917"/>
        <w:gridCol w:w="2410"/>
        <w:gridCol w:w="903"/>
        <w:gridCol w:w="903"/>
        <w:gridCol w:w="1205"/>
      </w:tblGrid>
      <w:tr>
        <w:trPr>
          <w:trHeight w:val="340" w:hRule="atLeast"/>
          <w:tblHeader w:val="true"/>
        </w:trPr>
        <w:tc>
          <w:tcPr>
            <w:tcW w:type="dxa" w:w="120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  <w:tc>
          <w:tcPr>
            <w:tcW w:type="dxa" w:w="39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JOURNEY (FROM – TO)</w:t>
            </w:r>
          </w:p>
        </w:tc>
        <w:tc>
          <w:tcPr>
            <w:tcW w:type="dxa" w:w="24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PURPOSE</w:t>
            </w:r>
          </w:p>
        </w:tc>
        <w:tc>
          <w:tcPr>
            <w:tcW w:type="dxa" w:w="9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MILES</w:t>
            </w:r>
          </w:p>
        </w:tc>
        <w:tc>
          <w:tcPr>
            <w:tcW w:type="dxa" w:w="9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RATE</w:t>
            </w:r>
          </w:p>
        </w:tc>
        <w:tc>
          <w:tcPr>
            <w:tcW w:type="dxa" w:w="120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TOTAL</w:t>
            </w:r>
          </w:p>
        </w:tc>
      </w:tr>
      <w:tr>
        <w:trPr>
          <w:cantSplit w:val="true"/>
          <w:trHeight w:val="420" w:hRule="atLeast"/>
        </w:trPr>
        <w:tc>
          <w:tcPr>
            <w:tcW w:type="dxa" w:w="1205"/>
            <w:vAlign w:val="center"/>
          </w:tcPr>
          <w:p/>
        </w:tc>
        <w:tc>
          <w:tcPr>
            <w:tcW w:type="dxa" w:w="3917"/>
            <w:vAlign w:val="center"/>
          </w:tcPr>
          <w:p/>
        </w:tc>
        <w:tc>
          <w:tcPr>
            <w:tcW w:type="dxa" w:w="2410"/>
            <w:vAlign w:val="center"/>
          </w:tcPr>
          <w:p/>
        </w:tc>
        <w:tc>
          <w:tcPr>
            <w:tcW w:type="dxa" w:w="904"/>
            <w:vAlign w:val="center"/>
          </w:tcPr>
          <w:p/>
        </w:tc>
        <w:tc>
          <w:tcPr>
            <w:tcW w:type="dxa" w:w="904"/>
            <w:vAlign w:val="center"/>
          </w:tcPr>
          <w:p/>
        </w:tc>
        <w:tc>
          <w:tcPr>
            <w:tcW w:type="dxa" w:w="1205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205"/>
            <w:vAlign w:val="center"/>
          </w:tcPr>
          <w:p/>
        </w:tc>
        <w:tc>
          <w:tcPr>
            <w:tcW w:type="dxa" w:w="3917"/>
            <w:vAlign w:val="center"/>
          </w:tcPr>
          <w:p/>
        </w:tc>
        <w:tc>
          <w:tcPr>
            <w:tcW w:type="dxa" w:w="2410"/>
            <w:vAlign w:val="center"/>
          </w:tcPr>
          <w:p/>
        </w:tc>
        <w:tc>
          <w:tcPr>
            <w:tcW w:type="dxa" w:w="904"/>
            <w:vAlign w:val="center"/>
          </w:tcPr>
          <w:p/>
        </w:tc>
        <w:tc>
          <w:tcPr>
            <w:tcW w:type="dxa" w:w="904"/>
            <w:vAlign w:val="center"/>
          </w:tcPr>
          <w:p/>
        </w:tc>
        <w:tc>
          <w:tcPr>
            <w:tcW w:type="dxa" w:w="1205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1205"/>
            <w:vAlign w:val="center"/>
          </w:tcPr>
          <w:p/>
        </w:tc>
        <w:tc>
          <w:tcPr>
            <w:tcW w:type="dxa" w:w="3917"/>
            <w:vAlign w:val="center"/>
          </w:tcPr>
          <w:p/>
        </w:tc>
        <w:tc>
          <w:tcPr>
            <w:tcW w:type="dxa" w:w="2410"/>
            <w:vAlign w:val="center"/>
          </w:tcPr>
          <w:p/>
        </w:tc>
        <w:tc>
          <w:tcPr>
            <w:tcW w:type="dxa" w:w="904"/>
            <w:vAlign w:val="center"/>
          </w:tcPr>
          <w:p/>
        </w:tc>
        <w:tc>
          <w:tcPr>
            <w:tcW w:type="dxa" w:w="904"/>
            <w:vAlign w:val="center"/>
          </w:tcPr>
          <w:p/>
        </w:tc>
        <w:tc>
          <w:tcPr>
            <w:tcW w:type="dxa" w:w="1205"/>
            <w:vAlign w:val="center"/>
          </w:tcPr>
          <w:p/>
        </w:tc>
      </w:tr>
      <w:tr>
        <w:trPr>
          <w:cantSplit w:val="true"/>
          <w:trHeight w:val="420" w:hRule="atLeast"/>
        </w:trPr>
        <w:tc>
          <w:tcPr>
            <w:tcW w:type="dxa" w:w="5122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Mileage total</w:t>
            </w:r>
          </w:p>
        </w:tc>
        <w:tc>
          <w:tcPr>
            <w:tcW w:type="dxa" w:w="2410"/>
            <w:shd w:val="clear" w:color="auto" w:fill="F2FAF8"/>
            <w:vAlign w:val="center"/>
          </w:tcPr>
          <w:p/>
        </w:tc>
        <w:tc>
          <w:tcPr>
            <w:tcW w:type="dxa" w:w="904"/>
            <w:shd w:val="clear" w:color="auto" w:fill="F2FAF8"/>
            <w:vAlign w:val="center"/>
          </w:tcPr>
          <w:p/>
        </w:tc>
        <w:tc>
          <w:tcPr>
            <w:tcW w:type="dxa" w:w="904"/>
            <w:shd w:val="clear" w:color="auto" w:fill="F2FAF8"/>
            <w:vAlign w:val="center"/>
          </w:tcPr>
          <w:p/>
        </w:tc>
        <w:tc>
          <w:tcPr>
            <w:tcW w:type="dxa" w:w="1205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spacing w:after="60" w:before="0"/>
      </w:pPr>
      <w:r>
        <w:rPr>
          <w:b w:val="0"/>
          <w:color w:val="5F6D82"/>
          <w:sz w:val="14"/>
        </w:rPr>
        <w:t>Attach every receipt, numbered to match. HMRC's approved mileage rate for cars is 45p a mile for the first 10,000 business miles in a tax year.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43"/>
        <w:gridCol w:w="3668"/>
        <w:gridCol w:w="1834"/>
      </w:tblGrid>
      <w:tr>
        <w:trPr>
          <w:cantSplit w:val="true"/>
          <w:trHeight w:val="737" w:hRule="exact"/>
        </w:trPr>
        <w:tc>
          <w:tcPr>
            <w:tcW w:type="dxa" w:w="5043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CLAIMANT: SIGNATURE</w:t>
            </w:r>
          </w:p>
        </w:tc>
        <w:tc>
          <w:tcPr>
            <w:tcW w:type="dxa" w:w="366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PRINT NAME</w:t>
            </w:r>
          </w:p>
        </w:tc>
        <w:tc>
          <w:tcPr>
            <w:tcW w:type="dxa" w:w="1834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43"/>
        <w:gridCol w:w="3668"/>
        <w:gridCol w:w="1834"/>
      </w:tblGrid>
      <w:tr>
        <w:trPr>
          <w:cantSplit w:val="true"/>
          <w:trHeight w:val="737" w:hRule="exact"/>
        </w:trPr>
        <w:tc>
          <w:tcPr>
            <w:tcW w:type="dxa" w:w="5043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APPROVED BY: SIGNATURE</w:t>
            </w:r>
          </w:p>
        </w:tc>
        <w:tc>
          <w:tcPr>
            <w:tcW w:type="dxa" w:w="366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PRINT NAME</w:t>
            </w:r>
          </w:p>
        </w:tc>
        <w:tc>
          <w:tcPr>
            <w:tcW w:type="dxa" w:w="1834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Expenses Claim Form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Expenses Claim Form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