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930"/>
        <w:gridCol w:w="4620"/>
        <w:gridCol w:w="2310"/>
        <w:gridCol w:w="1617"/>
      </w:tblGrid>
      <w:tr>
        <w:trPr>
          <w:cantSplit w:val="true"/>
          <w:trHeight w:val="539" w:hRule="exact"/>
        </w:trPr>
        <w:tc>
          <w:tcPr>
            <w:tcW w:type="dxa" w:w="69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46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231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6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2251"/>
        <w:gridCol w:w="3658"/>
        <w:gridCol w:w="3095"/>
        <w:gridCol w:w="3658"/>
        <w:gridCol w:w="2814"/>
      </w:tblGrid>
      <w:tr>
        <w:trPr>
          <w:trHeight w:val="340" w:hRule="atLeast"/>
          <w:tblHeader w:val="true"/>
        </w:trPr>
        <w:tc>
          <w:tcPr>
            <w:tcW w:type="dxa" w:w="2251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SET LOCATION</w:t>
            </w:r>
          </w:p>
        </w:tc>
        <w:tc>
          <w:tcPr>
            <w:tcW w:type="dxa" w:w="365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ACTUAL LOCATION (ADDRESS)</w:t>
            </w:r>
          </w:p>
        </w:tc>
        <w:tc>
          <w:tcPr>
            <w:tcW w:type="dxa" w:w="3095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DATES AND DAYS (PREP / SHOOT / STRIKE)</w:t>
            </w:r>
          </w:p>
        </w:tc>
        <w:tc>
          <w:tcPr>
            <w:tcW w:type="dxa" w:w="3658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CONTACTS (OWNER AND REPRESENTATIVE)</w:t>
            </w:r>
          </w:p>
        </w:tc>
        <w:tc>
          <w:tcPr>
            <w:tcW w:type="dxa" w:w="2814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PERMITS / NOTES</w:t>
            </w:r>
          </w:p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  <w:tr>
        <w:trPr>
          <w:cantSplit w:val="true"/>
          <w:trHeight w:val="794" w:hRule="atLeast"/>
        </w:trPr>
        <w:tc>
          <w:tcPr>
            <w:tcW w:type="dxa" w:w="2251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3095"/>
            <w:vAlign w:val="center"/>
          </w:tcPr>
          <w:p/>
        </w:tc>
        <w:tc>
          <w:tcPr>
            <w:tcW w:type="dxa" w:w="3658"/>
            <w:vAlign w:val="center"/>
          </w:tcPr>
          <w:p/>
        </w:tc>
        <w:tc>
          <w:tcPr>
            <w:tcW w:type="dxa" w:w="2814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5479" w:type="dxa"/>
      <w:jc w:val="center"/>
      <w:tblLayout w:type="fixed"/>
      <w:tblLook w:firstColumn="1" w:firstRow="1" w:lastColumn="0" w:lastRow="0" w:noHBand="0" w:noVBand="1" w:val="04A0"/>
    </w:tblPr>
    <w:tblGrid>
      <w:gridCol w:w="10835"/>
      <w:gridCol w:w="4643"/>
    </w:tblGrid>
    <w:tr>
      <w:tc>
        <w:tcPr>
          <w:tcW w:type="dxa" w:w="10834"/>
        </w:tcPr>
        <w:p>
          <w:r>
            <w:rPr>
              <w:b/>
              <w:color w:val="1B2B48"/>
              <w:sz w:val="40"/>
            </w:rPr>
            <w:t>Locations List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464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Locations List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