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218"/>
        <w:gridCol w:w="2109"/>
        <w:gridCol w:w="2109"/>
        <w:gridCol w:w="2109"/>
      </w:tblGrid>
      <w:tr>
        <w:trPr>
          <w:cantSplit w:val="true"/>
          <w:trHeight w:val="539" w:hRule="exact"/>
        </w:trPr>
        <w:tc>
          <w:tcPr>
            <w:tcW w:type="dxa" w:w="421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FLOAT HOLDER</w:t>
            </w:r>
          </w:p>
        </w:tc>
        <w:tc>
          <w:tcPr>
            <w:tcW w:type="dxa" w:w="21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OPENING FLOAT</w:t>
            </w:r>
          </w:p>
        </w:tc>
        <w:tc>
          <w:tcPr>
            <w:tcW w:type="dxa" w:w="21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PERIOD FROM</w:t>
            </w:r>
          </w:p>
        </w:tc>
        <w:tc>
          <w:tcPr>
            <w:tcW w:type="dxa" w:w="2109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TO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95"/>
        <w:gridCol w:w="3834"/>
        <w:gridCol w:w="1095"/>
        <w:gridCol w:w="1232"/>
        <w:gridCol w:w="1232"/>
        <w:gridCol w:w="1232"/>
        <w:gridCol w:w="821"/>
      </w:tblGrid>
      <w:tr>
        <w:trPr>
          <w:trHeight w:val="340" w:hRule="atLeast"/>
          <w:tblHeader w:val="true"/>
        </w:trPr>
        <w:tc>
          <w:tcPr>
            <w:tcW w:type="dxa" w:w="10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</w:t>
            </w:r>
          </w:p>
        </w:tc>
        <w:tc>
          <w:tcPr>
            <w:tcW w:type="dxa" w:w="383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DESCRIPTION</w:t>
            </w:r>
          </w:p>
        </w:tc>
        <w:tc>
          <w:tcPr>
            <w:tcW w:type="dxa" w:w="10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RECEIPT NO.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RECEIVED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PAID OUT</w:t>
            </w:r>
          </w:p>
        </w:tc>
        <w:tc>
          <w:tcPr>
            <w:tcW w:type="dxa" w:w="12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BALANCE</w:t>
            </w:r>
          </w:p>
        </w:tc>
        <w:tc>
          <w:tcPr>
            <w:tcW w:type="dxa" w:w="822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INITIALS</w:t>
            </w:r>
          </w:p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  <w:tr>
        <w:trPr>
          <w:cantSplit w:val="true"/>
          <w:trHeight w:val="431" w:hRule="atLeast"/>
        </w:trPr>
        <w:tc>
          <w:tcPr>
            <w:tcW w:type="dxa" w:w="1096"/>
            <w:vAlign w:val="center"/>
          </w:tcPr>
          <w:p/>
        </w:tc>
        <w:tc>
          <w:tcPr>
            <w:tcW w:type="dxa" w:w="3835"/>
            <w:vAlign w:val="center"/>
          </w:tcPr>
          <w:p/>
        </w:tc>
        <w:tc>
          <w:tcPr>
            <w:tcW w:type="dxa" w:w="1096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1233"/>
            <w:vAlign w:val="center"/>
          </w:tcPr>
          <w:p/>
        </w:tc>
        <w:tc>
          <w:tcPr>
            <w:tcW w:type="dxa" w:w="822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cantSplit w:val="true"/>
          <w:trHeight w:val="539" w:hRule="exact"/>
        </w:trPr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CLOSING BALANCE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CASH COUNTED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DIFFERENCE</w:t>
            </w:r>
          </w:p>
        </w:tc>
        <w:tc>
          <w:tcPr>
            <w:tcW w:type="dxa" w:w="263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RECEIPTS ATTACHED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FLOAT HOLDER: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CHECKED BY: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Petty Cash Log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Petty Cash Log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