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</w:pPr>
      <w:r>
        <w:rPr>
          <w:b w:val="0"/>
          <w:color w:val="5F6D82"/>
          <w:sz w:val="22"/>
        </w:rPr>
        <w:t>Name of production, crew, schedule and everything else for the shoot.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539" w:hRule="exact"/>
        </w:trPr>
        <w:tc>
          <w:tcPr>
            <w:tcW w:type="dxa" w:w="1054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NAME OF PRODUCTION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539" w:hRule="exact"/>
        </w:trPr>
        <w:tc>
          <w:tcPr>
            <w:tcW w:type="dxa" w:w="1054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 w:val="true"/>
          <w:trHeight w:val="539" w:hRule="exact"/>
        </w:trPr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JOB NUMBER</w:t>
            </w:r>
          </w:p>
        </w:tc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 w:val="true"/>
          <w:trHeight w:val="539" w:hRule="exact"/>
        </w:trPr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DIRECTOR</w:t>
            </w:r>
          </w:p>
        </w:tc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PRODUCER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 w:val="true"/>
          <w:trHeight w:val="539" w:hRule="exact"/>
        </w:trPr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 MANAGER</w:t>
            </w:r>
          </w:p>
        </w:tc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1ST ASSISTANT DIRECTOR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 w:val="true"/>
          <w:trHeight w:val="539" w:hRule="exact"/>
        </w:trPr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VERSION</w:t>
            </w:r>
          </w:p>
        </w:tc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STATUS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1701" w:hRule="exact"/>
        </w:trPr>
        <w:tc>
          <w:tcPr>
            <w:tcW w:type="dxa" w:w="1054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 COMPANY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Production Book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Book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