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cantSplit w:val="true"/>
          <w:trHeight w:val="539" w:hRule="exact"/>
        </w:trPr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SUBJECT / MEETING</w:t>
            </w:r>
          </w:p>
        </w:tc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ATTENDEES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right w:val="single" w:sz="4" w:color="C9D3DE"/>
          <w:bottom w:val="single" w:sz="4" w:color="C9D3DE"/>
          <w:insideH w:val="single" w:sz="4" w:color="C9D3DE"/>
        </w:tblBorders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340" w:hRule="exact"/>
        </w:trPr>
        <w:tc>
          <w:tcPr>
            <w:tcW w:type="dxa" w:w="1054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NOTES</w:t>
            </w:r>
          </w:p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  <w:tr>
        <w:trPr>
          <w:trHeight w:val="431" w:hRule="exact"/>
        </w:trPr>
        <w:tc>
          <w:tcPr>
            <w:tcW w:type="dxa" w:w="10545"/>
          </w:tcPr>
          <w:p/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Production Notes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Notes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