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79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6930"/>
        <w:gridCol w:w="4620"/>
        <w:gridCol w:w="2310"/>
        <w:gridCol w:w="1617"/>
      </w:tblGrid>
      <w:tr>
        <w:trPr>
          <w:cantSplit w:val="true"/>
          <w:trHeight w:val="539" w:hRule="exact"/>
        </w:trPr>
        <w:tc>
          <w:tcPr>
            <w:tcW w:type="dxa" w:w="693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462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231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617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5479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77"/>
        <w:gridCol w:w="4204"/>
        <w:gridCol w:w="3057"/>
        <w:gridCol w:w="1719"/>
        <w:gridCol w:w="1719"/>
      </w:tblGrid>
      <w:tr>
        <w:trPr>
          <w:cantSplit w:val="true"/>
          <w:trHeight w:val="539" w:hRule="exact"/>
        </w:trPr>
        <w:tc>
          <w:tcPr>
            <w:tcW w:type="dxa" w:w="4777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LOCATION</w:t>
            </w:r>
          </w:p>
        </w:tc>
        <w:tc>
          <w:tcPr>
            <w:tcW w:type="dxa" w:w="420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ACTIVITY</w:t>
            </w:r>
          </w:p>
        </w:tc>
        <w:tc>
          <w:tcPr>
            <w:tcW w:type="dxa" w:w="3057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ASSESSED BY</w:t>
            </w:r>
          </w:p>
        </w:tc>
        <w:tc>
          <w:tcPr>
            <w:tcW w:type="dxa" w:w="172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72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REVIEW DATE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5479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6789"/>
        <w:gridCol w:w="4345"/>
        <w:gridCol w:w="4345"/>
      </w:tblGrid>
      <w:tr>
        <w:trPr>
          <w:cantSplit w:val="true"/>
          <w:trHeight w:val="539" w:hRule="exact"/>
        </w:trPr>
        <w:tc>
          <w:tcPr>
            <w:tcW w:type="dxa" w:w="678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NEAREST A&amp;E</w:t>
            </w:r>
          </w:p>
        </w:tc>
        <w:tc>
          <w:tcPr>
            <w:tcW w:type="dxa" w:w="434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FIRST AIDER</w:t>
            </w:r>
          </w:p>
        </w:tc>
        <w:tc>
          <w:tcPr>
            <w:tcW w:type="dxa" w:w="434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EMERGENCY CONTACT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5479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3061"/>
        <w:gridCol w:w="2211"/>
        <w:gridCol w:w="1360"/>
        <w:gridCol w:w="5783"/>
        <w:gridCol w:w="1360"/>
        <w:gridCol w:w="1700"/>
      </w:tblGrid>
      <w:tr>
        <w:trPr>
          <w:trHeight w:val="340" w:hRule="atLeast"/>
          <w:tblHeader w:val="true"/>
        </w:trPr>
        <w:tc>
          <w:tcPr>
            <w:tcW w:type="dxa" w:w="306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HAZARD</w:t>
            </w:r>
          </w:p>
        </w:tc>
        <w:tc>
          <w:tcPr>
            <w:tcW w:type="dxa" w:w="221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WHO COULD BE HARMED</w:t>
            </w:r>
          </w:p>
        </w:tc>
        <w:tc>
          <w:tcPr>
            <w:tcW w:type="dxa" w:w="136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RISK (L / M / H)</w:t>
            </w:r>
          </w:p>
        </w:tc>
        <w:tc>
          <w:tcPr>
            <w:tcW w:type="dxa" w:w="578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CONTROL MEASURES</w:t>
            </w:r>
          </w:p>
        </w:tc>
        <w:tc>
          <w:tcPr>
            <w:tcW w:type="dxa" w:w="136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RESIDUAL RISK</w:t>
            </w:r>
          </w:p>
        </w:tc>
        <w:tc>
          <w:tcPr>
            <w:tcW w:type="dxa" w:w="170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ACTION BY</w:t>
            </w:r>
          </w:p>
        </w:tc>
      </w:tr>
      <w:tr>
        <w:trPr>
          <w:cantSplit w:val="true"/>
          <w:trHeight w:val="737" w:hRule="atLeast"/>
        </w:trPr>
        <w:tc>
          <w:tcPr>
            <w:tcW w:type="dxa" w:w="3061"/>
            <w:vAlign w:val="center"/>
          </w:tcPr>
          <w:p/>
        </w:tc>
        <w:tc>
          <w:tcPr>
            <w:tcW w:type="dxa" w:w="2211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5783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cantSplit w:val="true"/>
          <w:trHeight w:val="737" w:hRule="atLeast"/>
        </w:trPr>
        <w:tc>
          <w:tcPr>
            <w:tcW w:type="dxa" w:w="3061"/>
            <w:vAlign w:val="center"/>
          </w:tcPr>
          <w:p/>
        </w:tc>
        <w:tc>
          <w:tcPr>
            <w:tcW w:type="dxa" w:w="2211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5783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cantSplit w:val="true"/>
          <w:trHeight w:val="737" w:hRule="atLeast"/>
        </w:trPr>
        <w:tc>
          <w:tcPr>
            <w:tcW w:type="dxa" w:w="3061"/>
            <w:vAlign w:val="center"/>
          </w:tcPr>
          <w:p/>
        </w:tc>
        <w:tc>
          <w:tcPr>
            <w:tcW w:type="dxa" w:w="2211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5783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cantSplit w:val="true"/>
          <w:trHeight w:val="737" w:hRule="atLeast"/>
        </w:trPr>
        <w:tc>
          <w:tcPr>
            <w:tcW w:type="dxa" w:w="3061"/>
            <w:vAlign w:val="center"/>
          </w:tcPr>
          <w:p/>
        </w:tc>
        <w:tc>
          <w:tcPr>
            <w:tcW w:type="dxa" w:w="2211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5783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cantSplit w:val="true"/>
          <w:trHeight w:val="737" w:hRule="atLeast"/>
        </w:trPr>
        <w:tc>
          <w:tcPr>
            <w:tcW w:type="dxa" w:w="3061"/>
            <w:vAlign w:val="center"/>
          </w:tcPr>
          <w:p/>
        </w:tc>
        <w:tc>
          <w:tcPr>
            <w:tcW w:type="dxa" w:w="2211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5783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cantSplit w:val="true"/>
          <w:trHeight w:val="737" w:hRule="atLeast"/>
        </w:trPr>
        <w:tc>
          <w:tcPr>
            <w:tcW w:type="dxa" w:w="3061"/>
            <w:vAlign w:val="center"/>
          </w:tcPr>
          <w:p/>
        </w:tc>
        <w:tc>
          <w:tcPr>
            <w:tcW w:type="dxa" w:w="2211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5783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cantSplit w:val="true"/>
          <w:trHeight w:val="737" w:hRule="atLeast"/>
        </w:trPr>
        <w:tc>
          <w:tcPr>
            <w:tcW w:type="dxa" w:w="3061"/>
            <w:vAlign w:val="center"/>
          </w:tcPr>
          <w:p/>
        </w:tc>
        <w:tc>
          <w:tcPr>
            <w:tcW w:type="dxa" w:w="2211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5783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tbl>
      <w:tblPr>
        <w:tblW w:w="15479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7403"/>
        <w:gridCol w:w="5384"/>
        <w:gridCol w:w="2692"/>
      </w:tblGrid>
      <w:tr>
        <w:trPr>
          <w:cantSplit w:val="true"/>
          <w:trHeight w:val="737" w:hRule="exact"/>
        </w:trPr>
        <w:tc>
          <w:tcPr>
            <w:tcW w:type="dxa" w:w="7402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PRODUCER / PRODUCTION MANAGER: SIGNATURE</w:t>
            </w:r>
          </w:p>
        </w:tc>
        <w:tc>
          <w:tcPr>
            <w:tcW w:type="dxa" w:w="5383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PRINT NAME</w:t>
            </w:r>
          </w:p>
        </w:tc>
        <w:tc>
          <w:tcPr>
            <w:tcW w:type="dxa" w:w="2692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5479" w:type="dxa"/>
      <w:jc w:val="center"/>
      <w:tblLayout w:type="fixed"/>
      <w:tblLook w:firstColumn="1" w:firstRow="1" w:lastColumn="0" w:lastRow="0" w:noHBand="0" w:noVBand="1" w:val="04A0"/>
    </w:tblPr>
    <w:tblGrid>
      <w:gridCol w:w="10835"/>
      <w:gridCol w:w="4643"/>
    </w:tblGrid>
    <w:tr>
      <w:tc>
        <w:tcPr>
          <w:tcW w:type="dxa" w:w="10834"/>
        </w:tcPr>
        <w:p>
          <w:r>
            <w:rPr>
              <w:b/>
              <w:color w:val="1B2B48"/>
              <w:sz w:val="40"/>
            </w:rPr>
            <w:t>Risk Assessment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464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