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2396"/>
        <w:gridCol w:w="5752"/>
        <w:gridCol w:w="2396"/>
      </w:tblGrid>
      <w:tr>
        <w:trPr>
          <w:cantSplit w:val="true"/>
          <w:trHeight w:val="539" w:hRule="exact"/>
        </w:trPr>
        <w:tc>
          <w:tcPr>
            <w:tcW w:type="dxa" w:w="239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SCENE NUMBER</w:t>
            </w:r>
          </w:p>
        </w:tc>
        <w:tc>
          <w:tcPr>
            <w:tcW w:type="dxa" w:w="575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SCENE NAME</w:t>
            </w:r>
          </w:p>
        </w:tc>
        <w:tc>
          <w:tcPr>
            <w:tcW w:type="dxa" w:w="239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SCRIPT 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2396"/>
        <w:gridCol w:w="2396"/>
        <w:gridCol w:w="5752"/>
      </w:tblGrid>
      <w:tr>
        <w:trPr>
          <w:cantSplit w:val="true"/>
          <w:trHeight w:val="539" w:hRule="exact"/>
        </w:trPr>
        <w:tc>
          <w:tcPr>
            <w:tcW w:type="dxa" w:w="239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INT. OR EXT.</w:t>
            </w:r>
          </w:p>
        </w:tc>
        <w:tc>
          <w:tcPr>
            <w:tcW w:type="dxa" w:w="239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DAY OR NIGHT</w:t>
            </w:r>
          </w:p>
        </w:tc>
        <w:tc>
          <w:tcPr>
            <w:tcW w:type="dxa" w:w="575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LOCATION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 w:val="true"/>
          <w:trHeight w:val="539" w:hRule="exact"/>
        </w:trPr>
        <w:tc>
          <w:tcPr>
            <w:tcW w:type="dxa" w:w="1054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DESCRIPTION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cantSplit w:val="true"/>
          <w:trHeight w:val="2948" w:hRule="exact"/>
        </w:trPr>
        <w:tc>
          <w:tcPr>
            <w:tcW w:type="dxa" w:w="351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CAST</w:t>
            </w:r>
          </w:p>
        </w:tc>
        <w:tc>
          <w:tcPr>
            <w:tcW w:type="dxa" w:w="351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EXTRAS / ATMOSPHERE</w:t>
            </w:r>
          </w:p>
        </w:tc>
        <w:tc>
          <w:tcPr>
            <w:tcW w:type="dxa" w:w="351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PROPS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cantSplit w:val="true"/>
          <w:trHeight w:val="2948" w:hRule="exact"/>
        </w:trPr>
        <w:tc>
          <w:tcPr>
            <w:tcW w:type="dxa" w:w="351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WARDROBE</w:t>
            </w:r>
          </w:p>
        </w:tc>
        <w:tc>
          <w:tcPr>
            <w:tcW w:type="dxa" w:w="351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MAKE-UP / HAIR</w:t>
            </w:r>
          </w:p>
        </w:tc>
        <w:tc>
          <w:tcPr>
            <w:tcW w:type="dxa" w:w="351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VEHICLES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cantSplit w:val="true"/>
          <w:trHeight w:val="2948" w:hRule="exact"/>
        </w:trPr>
        <w:tc>
          <w:tcPr>
            <w:tcW w:type="dxa" w:w="351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SPECIAL EQUIPMENT</w:t>
            </w:r>
          </w:p>
        </w:tc>
        <w:tc>
          <w:tcPr>
            <w:tcW w:type="dxa" w:w="351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SOUND FX / MUSIC</w:t>
            </w:r>
          </w:p>
        </w:tc>
        <w:tc>
          <w:tcPr>
            <w:tcW w:type="dxa" w:w="351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NOTES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Script Breakdown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 Breakdown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