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7357"/>
        <w:gridCol w:w="3188"/>
      </w:tblGrid>
      <w:tr>
        <w:trPr>
          <w:cantSplit w:val="true"/>
          <w:trHeight w:val="539" w:hRule="exact"/>
        </w:trPr>
        <w:tc>
          <w:tcPr>
            <w:tcW w:type="dxa" w:w="735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LOCATION(S)</w:t>
            </w:r>
          </w:p>
        </w:tc>
        <w:tc>
          <w:tcPr>
            <w:tcW w:type="dxa" w:w="318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SHOOT DAY ___ OF ___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452"/>
        <w:gridCol w:w="2452"/>
        <w:gridCol w:w="5640"/>
      </w:tblGrid>
      <w:tr>
        <w:trPr>
          <w:cantSplit w:val="true"/>
          <w:trHeight w:val="539" w:hRule="exact"/>
        </w:trPr>
        <w:tc>
          <w:tcPr>
            <w:tcW w:type="dxa" w:w="24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CREW CALL</w:t>
            </w:r>
          </w:p>
        </w:tc>
        <w:tc>
          <w:tcPr>
            <w:tcW w:type="dxa" w:w="24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CAST CALL</w:t>
            </w:r>
          </w:p>
        </w:tc>
        <w:tc>
          <w:tcPr>
            <w:tcW w:type="dxa" w:w="564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UNIT BASE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188"/>
        <w:gridCol w:w="1039"/>
        <w:gridCol w:w="1039"/>
        <w:gridCol w:w="1039"/>
        <w:gridCol w:w="6238"/>
      </w:tblGrid>
      <w:tr>
        <w:trPr>
          <w:trHeight w:val="340" w:hRule="atLeast"/>
          <w:tblHeader w:val="true"/>
        </w:trPr>
        <w:tc>
          <w:tcPr>
            <w:tcW w:type="dxa" w:w="118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TIME</w:t>
            </w:r>
          </w:p>
        </w:tc>
        <w:tc>
          <w:tcPr>
            <w:tcW w:type="dxa" w:w="104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SCENE</w:t>
            </w:r>
          </w:p>
        </w:tc>
        <w:tc>
          <w:tcPr>
            <w:tcW w:type="dxa" w:w="104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SHOT</w:t>
            </w:r>
          </w:p>
        </w:tc>
        <w:tc>
          <w:tcPr>
            <w:tcW w:type="dxa" w:w="104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SET-UP</w:t>
            </w:r>
          </w:p>
        </w:tc>
        <w:tc>
          <w:tcPr>
            <w:tcW w:type="dxa" w:w="623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DESCRIPTION</w:t>
            </w:r>
          </w:p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06:00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07:00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08:00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09:00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10:00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11:00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12:00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13:00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14:00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15:00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16:00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17:00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18:00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19:00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20:00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21:00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22:00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1188"/>
            <w:vAlign w:val="center"/>
          </w:tcPr>
          <w:p>
            <w:r>
              <w:rPr>
                <w:color w:val="5F6D82"/>
                <w:sz w:val="16"/>
              </w:rPr>
              <w:t>23:00</w:t>
            </w:r>
          </w:p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1040"/>
            <w:vAlign w:val="center"/>
          </w:tcPr>
          <w:p/>
        </w:tc>
        <w:tc>
          <w:tcPr>
            <w:tcW w:type="dxa" w:w="623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Shooting Schedule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Shooting Schedule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