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748"/>
        <w:gridCol w:w="748"/>
        <w:gridCol w:w="3744"/>
        <w:gridCol w:w="1372"/>
        <w:gridCol w:w="998"/>
        <w:gridCol w:w="1372"/>
        <w:gridCol w:w="873"/>
        <w:gridCol w:w="686"/>
      </w:tblGrid>
      <w:tr>
        <w:trPr>
          <w:trHeight w:val="340" w:hRule="atLeast"/>
          <w:tblHeader w:val="true"/>
        </w:trPr>
        <w:tc>
          <w:tcPr>
            <w:tcW w:type="dxa" w:w="74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SHOT</w:t>
            </w:r>
          </w:p>
        </w:tc>
        <w:tc>
          <w:tcPr>
            <w:tcW w:type="dxa" w:w="74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SCENE</w:t>
            </w:r>
          </w:p>
        </w:tc>
        <w:tc>
          <w:tcPr>
            <w:tcW w:type="dxa" w:w="374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DESCRIPTION</w:t>
            </w:r>
          </w:p>
        </w:tc>
        <w:tc>
          <w:tcPr>
            <w:tcW w:type="dxa" w:w="137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ANGLE / SIZE</w:t>
            </w:r>
          </w:p>
        </w:tc>
        <w:tc>
          <w:tcPr>
            <w:tcW w:type="dxa" w:w="99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POV</w:t>
            </w:r>
          </w:p>
        </w:tc>
        <w:tc>
          <w:tcPr>
            <w:tcW w:type="dxa" w:w="137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MOVEMENT</w:t>
            </w:r>
          </w:p>
        </w:tc>
        <w:tc>
          <w:tcPr>
            <w:tcW w:type="dxa" w:w="87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LENS</w:t>
            </w:r>
          </w:p>
        </w:tc>
        <w:tc>
          <w:tcPr>
            <w:tcW w:type="dxa" w:w="68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DONE</w:t>
            </w:r>
          </w:p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749"/>
            <w:vAlign w:val="center"/>
          </w:tcPr>
          <w:p/>
        </w:tc>
        <w:tc>
          <w:tcPr>
            <w:tcW w:type="dxa" w:w="749"/>
            <w:vAlign w:val="center"/>
          </w:tcPr>
          <w:p/>
        </w:tc>
        <w:tc>
          <w:tcPr>
            <w:tcW w:type="dxa" w:w="3744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998"/>
            <w:vAlign w:val="center"/>
          </w:tcPr>
          <w:p/>
        </w:tc>
        <w:tc>
          <w:tcPr>
            <w:tcW w:type="dxa" w:w="1373"/>
            <w:vAlign w:val="center"/>
          </w:tcPr>
          <w:p/>
        </w:tc>
        <w:tc>
          <w:tcPr>
            <w:tcW w:type="dxa" w:w="874"/>
            <w:vAlign w:val="center"/>
          </w:tcPr>
          <w:p/>
        </w:tc>
        <w:tc>
          <w:tcPr>
            <w:tcW w:type="dxa" w:w="686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Shot List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Shot List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