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2453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053"/>
        <w:gridCol w:w="6702"/>
        <w:gridCol w:w="3351"/>
        <w:gridCol w:w="2345"/>
      </w:tblGrid>
      <w:tr>
        <w:trPr>
          <w:cantSplit w:val="true"/>
          <w:trHeight w:val="539" w:hRule="exact"/>
        </w:trPr>
        <w:tc>
          <w:tcPr>
            <w:tcW w:type="dxa" w:w="1005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67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335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234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22453" w:type="dxa"/>
        <w:tblLayout w:type="fixed"/>
        <w:tblLook w:firstColumn="1" w:firstRow="1" w:lastColumn="0" w:lastRow="0" w:noHBand="0" w:noVBand="1" w:val="04A0"/>
      </w:tblPr>
      <w:tblGrid>
        <w:gridCol w:w="7295"/>
        <w:gridCol w:w="283"/>
        <w:gridCol w:w="7295"/>
        <w:gridCol w:w="283"/>
        <w:gridCol w:w="7295"/>
      </w:tblGrid>
      <w:tr>
        <w:trPr>
          <w:trHeight w:val="4103" w:hRule="exact"/>
        </w:trPr>
        <w:tc>
          <w:tcPr>
            <w:tcW w:type="dxa" w:w="7294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1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2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3</w:t>
            </w:r>
          </w:p>
        </w:tc>
      </w:tr>
      <w:tr>
        <w:trPr>
          <w:trHeight w:val="397" w:hRule="exact"/>
        </w:trPr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</w:tr>
      <w:tr>
        <w:trPr>
          <w:trHeight w:val="397" w:hRule="exact"/>
        </w:trPr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</w:tr>
      <w:tr>
        <w:trPr>
          <w:trHeight w:val="397" w:hRule="exact"/>
        </w:trPr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</w:tr>
      <w:tr>
        <w:trPr>
          <w:trHeight w:val="4103" w:hRule="exact"/>
        </w:trPr>
        <w:tc>
          <w:tcPr>
            <w:tcW w:type="dxa" w:w="7294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4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5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6</w:t>
            </w:r>
          </w:p>
        </w:tc>
      </w:tr>
      <w:tr>
        <w:trPr>
          <w:trHeight w:val="397" w:hRule="exact"/>
        </w:trPr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</w:tr>
      <w:tr>
        <w:trPr>
          <w:trHeight w:val="397" w:hRule="exact"/>
        </w:trPr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</w:tr>
      <w:tr>
        <w:trPr>
          <w:trHeight w:val="397" w:hRule="exact"/>
        </w:trPr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  <w:tc>
          <w:tcPr>
            <w:tcW w:type="dxa" w:w="283"/>
          </w:tcPr>
          <w:p/>
        </w:tc>
        <w:tc>
          <w:tcPr>
            <w:tcW w:type="dxa" w:w="7294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23811" w:h="16838" w:orient="landscape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22453" w:type="dxa"/>
      <w:jc w:val="center"/>
      <w:tblLayout w:type="fixed"/>
      <w:tblLook w:firstColumn="1" w:firstRow="1" w:lastColumn="0" w:lastRow="0" w:noHBand="0" w:noVBand="1" w:val="04A0"/>
    </w:tblPr>
    <w:tblGrid>
      <w:gridCol w:w="15717"/>
      <w:gridCol w:w="6735"/>
    </w:tblGrid>
    <w:tr>
      <w:tc>
        <w:tcPr>
          <w:tcW w:type="dxa" w:w="15715"/>
        </w:tcPr>
        <w:p>
          <w:r>
            <w:rPr>
              <w:b/>
              <w:color w:val="1B2B48"/>
              <w:sz w:val="52"/>
            </w:rPr>
            <w:t>Storyboard (A3)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6735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Storyboard (A3)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