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479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6930"/>
        <w:gridCol w:w="4620"/>
        <w:gridCol w:w="2310"/>
        <w:gridCol w:w="1617"/>
      </w:tblGrid>
      <w:tr>
        <w:trPr>
          <w:cantSplit w:val="true"/>
          <w:trHeight w:val="539" w:hRule="exact"/>
        </w:trPr>
        <w:tc>
          <w:tcPr>
            <w:tcW w:type="dxa" w:w="6930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PRODUCTION</w:t>
            </w:r>
          </w:p>
        </w:tc>
        <w:tc>
          <w:tcPr>
            <w:tcW w:type="dxa" w:w="4620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CLIENT</w:t>
            </w:r>
          </w:p>
        </w:tc>
        <w:tc>
          <w:tcPr>
            <w:tcW w:type="dxa" w:w="2310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DATE</w:t>
            </w:r>
          </w:p>
        </w:tc>
        <w:tc>
          <w:tcPr>
            <w:tcW w:type="dxa" w:w="1617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PAGE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5479" w:type="dxa"/>
        <w:tblLayout w:type="fixed"/>
        <w:tblLook w:firstColumn="1" w:firstRow="1" w:lastColumn="0" w:lastRow="0" w:noHBand="0" w:noVBand="1" w:val="04A0"/>
      </w:tblPr>
      <w:tblGrid>
        <w:gridCol w:w="4970"/>
        <w:gridCol w:w="283"/>
        <w:gridCol w:w="4970"/>
        <w:gridCol w:w="283"/>
        <w:gridCol w:w="4970"/>
      </w:tblGrid>
      <w:tr>
        <w:trPr>
          <w:trHeight w:val="2796" w:hRule="exact"/>
        </w:trPr>
        <w:tc>
          <w:tcPr>
            <w:tcW w:type="dxa" w:w="4970"/>
            <w:tcBorders>
              <w:top w:val="single" w:sz="8" w:color="1B2B48"/>
              <w:left w:val="single" w:sz="8" w:color="1B2B48"/>
              <w:bottom w:val="single" w:sz="8" w:color="1B2B48"/>
              <w:right w:val="single" w:sz="8" w:color="1B2B48"/>
            </w:tcBorders>
          </w:tcPr>
          <w:p>
            <w:r>
              <w:rPr>
                <w:color w:val="5F6D82"/>
                <w:sz w:val="14"/>
              </w:rPr>
              <w:t>1</w:t>
            </w:r>
          </w:p>
        </w:tc>
        <w:tc>
          <w:tcPr>
            <w:tcW w:type="dxa" w:w="283"/>
          </w:tcPr>
          <w:p/>
        </w:tc>
        <w:tc>
          <w:tcPr>
            <w:tcW w:type="dxa" w:w="4970"/>
            <w:tcBorders>
              <w:top w:val="single" w:sz="8" w:color="1B2B48"/>
              <w:left w:val="single" w:sz="8" w:color="1B2B48"/>
              <w:bottom w:val="single" w:sz="8" w:color="1B2B48"/>
              <w:right w:val="single" w:sz="8" w:color="1B2B48"/>
            </w:tcBorders>
          </w:tcPr>
          <w:p>
            <w:r>
              <w:rPr>
                <w:color w:val="5F6D82"/>
                <w:sz w:val="14"/>
              </w:rPr>
              <w:t>2</w:t>
            </w:r>
          </w:p>
        </w:tc>
        <w:tc>
          <w:tcPr>
            <w:tcW w:type="dxa" w:w="283"/>
          </w:tcPr>
          <w:p/>
        </w:tc>
        <w:tc>
          <w:tcPr>
            <w:tcW w:type="dxa" w:w="4970"/>
            <w:tcBorders>
              <w:top w:val="single" w:sz="8" w:color="1B2B48"/>
              <w:left w:val="single" w:sz="8" w:color="1B2B48"/>
              <w:bottom w:val="single" w:sz="8" w:color="1B2B48"/>
              <w:right w:val="single" w:sz="8" w:color="1B2B48"/>
            </w:tcBorders>
          </w:tcPr>
          <w:p>
            <w:r>
              <w:rPr>
                <w:color w:val="5F6D82"/>
                <w:sz w:val="14"/>
              </w:rPr>
              <w:t>3</w:t>
            </w:r>
          </w:p>
        </w:tc>
      </w:tr>
      <w:tr>
        <w:trPr>
          <w:trHeight w:val="397" w:hRule="exact"/>
        </w:trPr>
        <w:tc>
          <w:tcPr>
            <w:tcW w:type="dxa" w:w="4970"/>
            <w:tcBorders>
              <w:bottom w:val="single" w:sz="4" w:color="C9D3DE"/>
            </w:tcBorders>
            <w:vAlign w:val="bottom"/>
          </w:tcPr>
          <w:p>
            <w:r>
              <w:rPr>
                <w:b/>
                <w:color w:val="2E766F"/>
                <w:sz w:val="13"/>
              </w:rPr>
              <w:t>ACTION</w:t>
            </w:r>
          </w:p>
        </w:tc>
        <w:tc>
          <w:tcPr>
            <w:tcW w:type="dxa" w:w="283"/>
          </w:tcPr>
          <w:p/>
        </w:tc>
        <w:tc>
          <w:tcPr>
            <w:tcW w:type="dxa" w:w="4970"/>
            <w:tcBorders>
              <w:bottom w:val="single" w:sz="4" w:color="C9D3DE"/>
            </w:tcBorders>
            <w:vAlign w:val="bottom"/>
          </w:tcPr>
          <w:p>
            <w:r>
              <w:rPr>
                <w:b/>
                <w:color w:val="2E766F"/>
                <w:sz w:val="13"/>
              </w:rPr>
              <w:t>ACTION</w:t>
            </w:r>
          </w:p>
        </w:tc>
        <w:tc>
          <w:tcPr>
            <w:tcW w:type="dxa" w:w="283"/>
          </w:tcPr>
          <w:p/>
        </w:tc>
        <w:tc>
          <w:tcPr>
            <w:tcW w:type="dxa" w:w="4970"/>
            <w:tcBorders>
              <w:bottom w:val="single" w:sz="4" w:color="C9D3DE"/>
            </w:tcBorders>
            <w:vAlign w:val="bottom"/>
          </w:tcPr>
          <w:p>
            <w:r>
              <w:rPr>
                <w:b/>
                <w:color w:val="2E766F"/>
                <w:sz w:val="13"/>
              </w:rPr>
              <w:t>ACTION</w:t>
            </w:r>
          </w:p>
        </w:tc>
      </w:tr>
      <w:tr>
        <w:trPr>
          <w:trHeight w:val="397" w:hRule="exact"/>
        </w:trPr>
        <w:tc>
          <w:tcPr>
            <w:tcW w:type="dxa" w:w="4970"/>
            <w:tcBorders>
              <w:bottom w:val="single" w:sz="4" w:color="C9D3DE"/>
            </w:tcBorders>
            <w:vAlign w:val="bottom"/>
          </w:tcPr>
          <w:p>
            <w:r>
              <w:rPr>
                <w:b/>
                <w:color w:val="2E766F"/>
                <w:sz w:val="13"/>
              </w:rPr>
              <w:t>CAMERA</w:t>
            </w:r>
          </w:p>
        </w:tc>
        <w:tc>
          <w:tcPr>
            <w:tcW w:type="dxa" w:w="283"/>
          </w:tcPr>
          <w:p/>
        </w:tc>
        <w:tc>
          <w:tcPr>
            <w:tcW w:type="dxa" w:w="4970"/>
            <w:tcBorders>
              <w:bottom w:val="single" w:sz="4" w:color="C9D3DE"/>
            </w:tcBorders>
            <w:vAlign w:val="bottom"/>
          </w:tcPr>
          <w:p>
            <w:r>
              <w:rPr>
                <w:b/>
                <w:color w:val="2E766F"/>
                <w:sz w:val="13"/>
              </w:rPr>
              <w:t>CAMERA</w:t>
            </w:r>
          </w:p>
        </w:tc>
        <w:tc>
          <w:tcPr>
            <w:tcW w:type="dxa" w:w="283"/>
          </w:tcPr>
          <w:p/>
        </w:tc>
        <w:tc>
          <w:tcPr>
            <w:tcW w:type="dxa" w:w="4970"/>
            <w:tcBorders>
              <w:bottom w:val="single" w:sz="4" w:color="C9D3DE"/>
            </w:tcBorders>
            <w:vAlign w:val="bottom"/>
          </w:tcPr>
          <w:p>
            <w:r>
              <w:rPr>
                <w:b/>
                <w:color w:val="2E766F"/>
                <w:sz w:val="13"/>
              </w:rPr>
              <w:t>CAMERA</w:t>
            </w:r>
          </w:p>
        </w:tc>
      </w:tr>
      <w:tr>
        <w:trPr>
          <w:trHeight w:val="397" w:hRule="exact"/>
        </w:trPr>
        <w:tc>
          <w:tcPr>
            <w:tcW w:type="dxa" w:w="4970"/>
            <w:tcBorders>
              <w:bottom w:val="single" w:sz="4" w:color="C9D3DE"/>
            </w:tcBorders>
            <w:vAlign w:val="bottom"/>
          </w:tcPr>
          <w:p>
            <w:r>
              <w:rPr>
                <w:b/>
                <w:color w:val="2E766F"/>
                <w:sz w:val="13"/>
              </w:rPr>
              <w:t>TEXT ON SCREEN</w:t>
            </w:r>
          </w:p>
        </w:tc>
        <w:tc>
          <w:tcPr>
            <w:tcW w:type="dxa" w:w="283"/>
          </w:tcPr>
          <w:p/>
        </w:tc>
        <w:tc>
          <w:tcPr>
            <w:tcW w:type="dxa" w:w="4970"/>
            <w:tcBorders>
              <w:bottom w:val="single" w:sz="4" w:color="C9D3DE"/>
            </w:tcBorders>
            <w:vAlign w:val="bottom"/>
          </w:tcPr>
          <w:p>
            <w:r>
              <w:rPr>
                <w:b/>
                <w:color w:val="2E766F"/>
                <w:sz w:val="13"/>
              </w:rPr>
              <w:t>TEXT ON SCREEN</w:t>
            </w:r>
          </w:p>
        </w:tc>
        <w:tc>
          <w:tcPr>
            <w:tcW w:type="dxa" w:w="283"/>
          </w:tcPr>
          <w:p/>
        </w:tc>
        <w:tc>
          <w:tcPr>
            <w:tcW w:type="dxa" w:w="4970"/>
            <w:tcBorders>
              <w:bottom w:val="single" w:sz="4" w:color="C9D3DE"/>
            </w:tcBorders>
            <w:vAlign w:val="bottom"/>
          </w:tcPr>
          <w:p>
            <w:r>
              <w:rPr>
                <w:b/>
                <w:color w:val="2E766F"/>
                <w:sz w:val="13"/>
              </w:rPr>
              <w:t>TEXT ON SCREEN</w:t>
            </w:r>
          </w:p>
        </w:tc>
      </w:tr>
      <w:tr>
        <w:trPr>
          <w:trHeight w:val="2796" w:hRule="exact"/>
        </w:trPr>
        <w:tc>
          <w:tcPr>
            <w:tcW w:type="dxa" w:w="4970"/>
            <w:tcBorders>
              <w:top w:val="single" w:sz="8" w:color="1B2B48"/>
              <w:left w:val="single" w:sz="8" w:color="1B2B48"/>
              <w:bottom w:val="single" w:sz="8" w:color="1B2B48"/>
              <w:right w:val="single" w:sz="8" w:color="1B2B48"/>
            </w:tcBorders>
          </w:tcPr>
          <w:p>
            <w:r>
              <w:rPr>
                <w:color w:val="5F6D82"/>
                <w:sz w:val="14"/>
              </w:rPr>
              <w:t>4</w:t>
            </w:r>
          </w:p>
        </w:tc>
        <w:tc>
          <w:tcPr>
            <w:tcW w:type="dxa" w:w="283"/>
          </w:tcPr>
          <w:p/>
        </w:tc>
        <w:tc>
          <w:tcPr>
            <w:tcW w:type="dxa" w:w="4970"/>
            <w:tcBorders>
              <w:top w:val="single" w:sz="8" w:color="1B2B48"/>
              <w:left w:val="single" w:sz="8" w:color="1B2B48"/>
              <w:bottom w:val="single" w:sz="8" w:color="1B2B48"/>
              <w:right w:val="single" w:sz="8" w:color="1B2B48"/>
            </w:tcBorders>
          </w:tcPr>
          <w:p>
            <w:r>
              <w:rPr>
                <w:color w:val="5F6D82"/>
                <w:sz w:val="14"/>
              </w:rPr>
              <w:t>5</w:t>
            </w:r>
          </w:p>
        </w:tc>
        <w:tc>
          <w:tcPr>
            <w:tcW w:type="dxa" w:w="283"/>
          </w:tcPr>
          <w:p/>
        </w:tc>
        <w:tc>
          <w:tcPr>
            <w:tcW w:type="dxa" w:w="4970"/>
            <w:tcBorders>
              <w:top w:val="single" w:sz="8" w:color="1B2B48"/>
              <w:left w:val="single" w:sz="8" w:color="1B2B48"/>
              <w:bottom w:val="single" w:sz="8" w:color="1B2B48"/>
              <w:right w:val="single" w:sz="8" w:color="1B2B48"/>
            </w:tcBorders>
          </w:tcPr>
          <w:p>
            <w:r>
              <w:rPr>
                <w:color w:val="5F6D82"/>
                <w:sz w:val="14"/>
              </w:rPr>
              <w:t>6</w:t>
            </w:r>
          </w:p>
        </w:tc>
      </w:tr>
      <w:tr>
        <w:trPr>
          <w:trHeight w:val="397" w:hRule="exact"/>
        </w:trPr>
        <w:tc>
          <w:tcPr>
            <w:tcW w:type="dxa" w:w="4970"/>
            <w:tcBorders>
              <w:bottom w:val="single" w:sz="4" w:color="C9D3DE"/>
            </w:tcBorders>
            <w:vAlign w:val="bottom"/>
          </w:tcPr>
          <w:p>
            <w:r>
              <w:rPr>
                <w:b/>
                <w:color w:val="2E766F"/>
                <w:sz w:val="13"/>
              </w:rPr>
              <w:t>ACTION</w:t>
            </w:r>
          </w:p>
        </w:tc>
        <w:tc>
          <w:tcPr>
            <w:tcW w:type="dxa" w:w="283"/>
          </w:tcPr>
          <w:p/>
        </w:tc>
        <w:tc>
          <w:tcPr>
            <w:tcW w:type="dxa" w:w="4970"/>
            <w:tcBorders>
              <w:bottom w:val="single" w:sz="4" w:color="C9D3DE"/>
            </w:tcBorders>
            <w:vAlign w:val="bottom"/>
          </w:tcPr>
          <w:p>
            <w:r>
              <w:rPr>
                <w:b/>
                <w:color w:val="2E766F"/>
                <w:sz w:val="13"/>
              </w:rPr>
              <w:t>ACTION</w:t>
            </w:r>
          </w:p>
        </w:tc>
        <w:tc>
          <w:tcPr>
            <w:tcW w:type="dxa" w:w="283"/>
          </w:tcPr>
          <w:p/>
        </w:tc>
        <w:tc>
          <w:tcPr>
            <w:tcW w:type="dxa" w:w="4970"/>
            <w:tcBorders>
              <w:bottom w:val="single" w:sz="4" w:color="C9D3DE"/>
            </w:tcBorders>
            <w:vAlign w:val="bottom"/>
          </w:tcPr>
          <w:p>
            <w:r>
              <w:rPr>
                <w:b/>
                <w:color w:val="2E766F"/>
                <w:sz w:val="13"/>
              </w:rPr>
              <w:t>ACTION</w:t>
            </w:r>
          </w:p>
        </w:tc>
      </w:tr>
      <w:tr>
        <w:trPr>
          <w:trHeight w:val="397" w:hRule="exact"/>
        </w:trPr>
        <w:tc>
          <w:tcPr>
            <w:tcW w:type="dxa" w:w="4970"/>
            <w:tcBorders>
              <w:bottom w:val="single" w:sz="4" w:color="C9D3DE"/>
            </w:tcBorders>
            <w:vAlign w:val="bottom"/>
          </w:tcPr>
          <w:p>
            <w:r>
              <w:rPr>
                <w:b/>
                <w:color w:val="2E766F"/>
                <w:sz w:val="13"/>
              </w:rPr>
              <w:t>CAMERA</w:t>
            </w:r>
          </w:p>
        </w:tc>
        <w:tc>
          <w:tcPr>
            <w:tcW w:type="dxa" w:w="283"/>
          </w:tcPr>
          <w:p/>
        </w:tc>
        <w:tc>
          <w:tcPr>
            <w:tcW w:type="dxa" w:w="4970"/>
            <w:tcBorders>
              <w:bottom w:val="single" w:sz="4" w:color="C9D3DE"/>
            </w:tcBorders>
            <w:vAlign w:val="bottom"/>
          </w:tcPr>
          <w:p>
            <w:r>
              <w:rPr>
                <w:b/>
                <w:color w:val="2E766F"/>
                <w:sz w:val="13"/>
              </w:rPr>
              <w:t>CAMERA</w:t>
            </w:r>
          </w:p>
        </w:tc>
        <w:tc>
          <w:tcPr>
            <w:tcW w:type="dxa" w:w="283"/>
          </w:tcPr>
          <w:p/>
        </w:tc>
        <w:tc>
          <w:tcPr>
            <w:tcW w:type="dxa" w:w="4970"/>
            <w:tcBorders>
              <w:bottom w:val="single" w:sz="4" w:color="C9D3DE"/>
            </w:tcBorders>
            <w:vAlign w:val="bottom"/>
          </w:tcPr>
          <w:p>
            <w:r>
              <w:rPr>
                <w:b/>
                <w:color w:val="2E766F"/>
                <w:sz w:val="13"/>
              </w:rPr>
              <w:t>CAMERA</w:t>
            </w:r>
          </w:p>
        </w:tc>
      </w:tr>
      <w:tr>
        <w:trPr>
          <w:trHeight w:val="397" w:hRule="exact"/>
        </w:trPr>
        <w:tc>
          <w:tcPr>
            <w:tcW w:type="dxa" w:w="4970"/>
            <w:tcBorders>
              <w:bottom w:val="single" w:sz="4" w:color="C9D3DE"/>
            </w:tcBorders>
            <w:vAlign w:val="bottom"/>
          </w:tcPr>
          <w:p>
            <w:r>
              <w:rPr>
                <w:b/>
                <w:color w:val="2E766F"/>
                <w:sz w:val="13"/>
              </w:rPr>
              <w:t>TEXT ON SCREEN</w:t>
            </w:r>
          </w:p>
        </w:tc>
        <w:tc>
          <w:tcPr>
            <w:tcW w:type="dxa" w:w="283"/>
          </w:tcPr>
          <w:p/>
        </w:tc>
        <w:tc>
          <w:tcPr>
            <w:tcW w:type="dxa" w:w="4970"/>
            <w:tcBorders>
              <w:bottom w:val="single" w:sz="4" w:color="C9D3DE"/>
            </w:tcBorders>
            <w:vAlign w:val="bottom"/>
          </w:tcPr>
          <w:p>
            <w:r>
              <w:rPr>
                <w:b/>
                <w:color w:val="2E766F"/>
                <w:sz w:val="13"/>
              </w:rPr>
              <w:t>TEXT ON SCREEN</w:t>
            </w:r>
          </w:p>
        </w:tc>
        <w:tc>
          <w:tcPr>
            <w:tcW w:type="dxa" w:w="283"/>
          </w:tcPr>
          <w:p/>
        </w:tc>
        <w:tc>
          <w:tcPr>
            <w:tcW w:type="dxa" w:w="4970"/>
            <w:tcBorders>
              <w:bottom w:val="single" w:sz="4" w:color="C9D3DE"/>
            </w:tcBorders>
            <w:vAlign w:val="bottom"/>
          </w:tcPr>
          <w:p>
            <w:r>
              <w:rPr>
                <w:b/>
                <w:color w:val="2E766F"/>
                <w:sz w:val="13"/>
              </w:rPr>
              <w:t>TEXT ON SCREEN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567" w:right="680" w:bottom="680" w:left="680" w:header="34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F6D82"/>
        <w:sz w:val="13"/>
      </w:rPr>
      <w:t>Flayr FX Limited · 15 Glenorchy Terrace, Edinburgh EH9 2DQ · studio@flayrfx.com · flayrfx.com · Registered in Scotland SC682689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W w:w="15479" w:type="dxa"/>
      <w:jc w:val="center"/>
      <w:tblLayout w:type="fixed"/>
      <w:tblLook w:firstColumn="1" w:firstRow="1" w:lastColumn="0" w:lastRow="0" w:noHBand="0" w:noVBand="1" w:val="04A0"/>
    </w:tblPr>
    <w:tblGrid>
      <w:gridCol w:w="10835"/>
      <w:gridCol w:w="4643"/>
    </w:tblGrid>
    <w:tr>
      <w:tc>
        <w:tcPr>
          <w:tcW w:type="dxa" w:w="10834"/>
        </w:tcPr>
        <w:p>
          <w:r>
            <w:rPr>
              <w:b/>
              <w:color w:val="1B2B48"/>
              <w:sz w:val="40"/>
            </w:rPr>
            <w:t>Storyboard (A4)</w:t>
          </w:r>
        </w:p>
        <w:p>
          <w:r>
            <w:rPr>
              <w:color w:val="5F6D82"/>
              <w:sz w:val="15"/>
            </w:rPr>
            <w:t>Flayr FX Limited · flayrfx.com</w:t>
          </w:r>
        </w:p>
      </w:tc>
      <w:tc>
        <w:tcPr>
          <w:tcW w:type="dxa" w:w="4643"/>
          <w:vAlign w:val="bottom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126957" cy="32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layr-logo-colour-640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6957" cy="32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Bdr>
        <w:bottom w:val="single" w:sz="16" w:color="58C0B3"/>
      </w:pBdr>
      <w:spacing w:after="8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Storyboard (A4) — Flayr FX template</dc:title>
  <dc:subject/>
  <dc:creator>Flayr FX Limited</dc:creator>
  <cp:keywords/>
  <dc:description>Production document template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