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116"/>
        <w:gridCol w:w="3722"/>
        <w:gridCol w:w="1240"/>
        <w:gridCol w:w="4466"/>
      </w:tblGrid>
      <w:tr>
        <w:trPr>
          <w:trHeight w:val="340" w:hRule="atLeast"/>
          <w:tblHeader w:val="true"/>
        </w:trPr>
        <w:tc>
          <w:tcPr>
            <w:tcW w:type="dxa" w:w="111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TIME</w:t>
            </w:r>
          </w:p>
        </w:tc>
        <w:tc>
          <w:tcPr>
            <w:tcW w:type="dxa" w:w="3722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SHOT / VISUALS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VOICE</w:t>
            </w:r>
          </w:p>
        </w:tc>
        <w:tc>
          <w:tcPr>
            <w:tcW w:type="dxa" w:w="446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VOICE OVER / SPEECH</w:t>
            </w:r>
          </w:p>
        </w:tc>
      </w:tr>
      <w:tr>
        <w:trPr>
          <w:cantSplit w:val="true"/>
          <w:trHeight w:val="1304" w:hRule="atLeast"/>
        </w:trPr>
        <w:tc>
          <w:tcPr>
            <w:tcW w:type="dxa" w:w="1117"/>
            <w:vAlign w:val="center"/>
          </w:tcPr>
          <w:p/>
        </w:tc>
        <w:tc>
          <w:tcPr>
            <w:tcW w:type="dxa" w:w="3722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4466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1117"/>
            <w:vAlign w:val="center"/>
          </w:tcPr>
          <w:p/>
        </w:tc>
        <w:tc>
          <w:tcPr>
            <w:tcW w:type="dxa" w:w="3722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4466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1117"/>
            <w:vAlign w:val="center"/>
          </w:tcPr>
          <w:p/>
        </w:tc>
        <w:tc>
          <w:tcPr>
            <w:tcW w:type="dxa" w:w="3722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4466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1117"/>
            <w:vAlign w:val="center"/>
          </w:tcPr>
          <w:p/>
        </w:tc>
        <w:tc>
          <w:tcPr>
            <w:tcW w:type="dxa" w:w="3722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4466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1117"/>
            <w:vAlign w:val="center"/>
          </w:tcPr>
          <w:p/>
        </w:tc>
        <w:tc>
          <w:tcPr>
            <w:tcW w:type="dxa" w:w="3722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4466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1117"/>
            <w:vAlign w:val="center"/>
          </w:tcPr>
          <w:p/>
        </w:tc>
        <w:tc>
          <w:tcPr>
            <w:tcW w:type="dxa" w:w="3722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4466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1117"/>
            <w:vAlign w:val="center"/>
          </w:tcPr>
          <w:p/>
        </w:tc>
        <w:tc>
          <w:tcPr>
            <w:tcW w:type="dxa" w:w="3722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4466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1117"/>
            <w:vAlign w:val="center"/>
          </w:tcPr>
          <w:p/>
        </w:tc>
        <w:tc>
          <w:tcPr>
            <w:tcW w:type="dxa" w:w="3722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4466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1117"/>
            <w:vAlign w:val="center"/>
          </w:tcPr>
          <w:p/>
        </w:tc>
        <w:tc>
          <w:tcPr>
            <w:tcW w:type="dxa" w:w="3722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4466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Voice Over Script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Voice Over Script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